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40"/>
        <w:jc w:val="center"/>
      </w:pPr>
      <w:r>
        <w:rPr>
          <w:rFonts w:ascii="Times New Roman" w:hAnsi="Times New Roman" w:eastAsia="Times New Roman"/>
          <w:b/>
          <w:sz w:val="30"/>
        </w:rPr>
        <w:t>KİRA ARTIŞ BİLDİRİMİ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Tarih: ………………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Sayın ……………………………………,</w:t>
      </w:r>
    </w:p>
    <w:p>
      <w:pPr>
        <w:jc w:val="both"/>
      </w:pPr>
      <w:r>
        <w:rPr>
          <w:rFonts w:ascii="Times New Roman" w:hAnsi="Times New Roman" w:eastAsia="Times New Roman"/>
          <w:b w:val="0"/>
          <w:sz w:val="22"/>
        </w:rPr>
        <w:t>…………………………………… adresindeki taşınmaz için ……………… tarihli kira sözleşmesi uyarınca, yeni kira döneminde (……………… – ………………) kira bedeli aşağıdaki şekilde güncellenecektir: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Mevcut aylık kira: ……………… TL</w:t>
        <w:br/>
      </w:r>
      <w:r>
        <w:rPr>
          <w:rFonts w:ascii="Times New Roman" w:hAnsi="Times New Roman" w:eastAsia="Times New Roman"/>
          <w:b w:val="0"/>
          <w:sz w:val="22"/>
        </w:rPr>
        <w:t>Uygulanacak artış oranı: %……………… (yasal üst sınırı aşmayacak şekilde)</w:t>
        <w:br/>
      </w:r>
      <w:r>
        <w:rPr>
          <w:rFonts w:ascii="Times New Roman" w:hAnsi="Times New Roman" w:eastAsia="Times New Roman"/>
          <w:b w:val="0"/>
          <w:sz w:val="22"/>
        </w:rPr>
        <w:t>Yeni aylık kira: ……………… TL</w:t>
        <w:br/>
      </w:r>
      <w:r>
        <w:rPr>
          <w:rFonts w:ascii="Times New Roman" w:hAnsi="Times New Roman" w:eastAsia="Times New Roman"/>
          <w:b w:val="0"/>
          <w:sz w:val="22"/>
        </w:rPr>
        <w:t>Geçerlilik tarihi: ………………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Ödeme günü ve IBAN bilgileri değişmemiştir / şu şekilde değişmiştir: ……………………………………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Bilgilerinize sunarım.</w:t>
      </w:r>
    </w:p>
    <w:p>
      <w:pPr>
        <w:spacing w:after="20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4706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KİRAYA VEREN</w:t>
            </w:r>
          </w:p>
        </w:tc>
        <w:tc>
          <w:tcPr>
            <w:tcW w:type="dxa" w:w="4706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TEBLİĞ ALAN (KİRACI)</w:t>
            </w:r>
          </w:p>
        </w:tc>
      </w:tr>
      <w:tr>
        <w:tc>
          <w:tcPr>
            <w:tcW w:type="dxa" w:w="4706"/>
          </w:tcPr>
          <w:p>
            <w:pPr>
              <w:spacing w:before="680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22"/>
              </w:rPr>
            </w:r>
          </w:p>
        </w:tc>
        <w:tc>
          <w:tcPr>
            <w:tcW w:type="dxa" w:w="4706"/>
          </w:tcPr>
          <w:p>
            <w:pPr>
              <w:spacing w:before="680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22"/>
              </w:rPr>
            </w:r>
          </w:p>
        </w:tc>
      </w:tr>
      <w:tr>
        <w:tc>
          <w:tcPr>
            <w:tcW w:type="dxa" w:w="4706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Ad Soyad / Tarih / İmza</w:t>
            </w:r>
          </w:p>
        </w:tc>
        <w:tc>
          <w:tcPr>
            <w:tcW w:type="dxa" w:w="4706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Ad Soyad / Tarih / İmza</w:t>
            </w:r>
          </w:p>
        </w:tc>
      </w:tr>
    </w:tbl>
    <w:sectPr w:rsidR="00FC693F" w:rsidRPr="0006063C" w:rsidSect="00034616"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76" w:lineRule="auto"/>
    </w:pPr>
    <w:rPr>
      <w:rFonts w:ascii="Times New Roman" w:hAnsi="Times New Roman" w:eastAsia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Kira Artış Bildirimi</dc:title>
  <dc:subject/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