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Times New Roman" w:hAnsi="Times New Roman" w:eastAsia="Times New Roman"/>
          <w:b/>
          <w:sz w:val="30"/>
        </w:rPr>
        <w:t>KİRA SÖZLEŞMESİNİ SONA ERDİRME (ÇIKIŞ) BİLDİRİMİ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Tarih: ………………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Sayın …………………………………… (Kiraya Veren),</w:t>
      </w:r>
    </w:p>
    <w:p>
      <w:pPr>
        <w:jc w:val="both"/>
      </w:pPr>
      <w:r>
        <w:rPr>
          <w:rFonts w:ascii="Times New Roman" w:hAnsi="Times New Roman" w:eastAsia="Times New Roman"/>
          <w:b w:val="0"/>
          <w:sz w:val="22"/>
        </w:rPr>
        <w:t>…………………………………… adresindeki taşınmazın kiracısıyım. ……………… tarihli kira sözleşmesinin ……………… tarihinde sona ereceğini ve sözleşmenin uzamayacağını, taşınmazı ……………… tarihinde boşaltarak teslim edeceğimi bildiririm.</w:t>
      </w:r>
    </w:p>
    <w:p>
      <w:pPr>
        <w:jc w:val="both"/>
      </w:pPr>
      <w:r>
        <w:rPr>
          <w:rFonts w:ascii="Times New Roman" w:hAnsi="Times New Roman" w:eastAsia="Times New Roman"/>
          <w:b w:val="0"/>
          <w:sz w:val="22"/>
        </w:rPr>
        <w:t>Teslim için ……………… tarihinde saat ……………… uygundur. Sayaç okumaları ve evin teslim tutanağı o gün birlikte yapılabilir. Depozitonun iadesi için IBAN bilgim: ……………………………………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Gereğini bilgilerinize sunarım.</w:t>
      </w:r>
    </w:p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KİRACI</w:t>
            </w:r>
          </w:p>
        </w:tc>
      </w:tr>
      <w:tr>
        <w:tc>
          <w:tcPr>
            <w:tcW w:type="dxa" w:w="9412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</w:tr>
      <w:tr>
        <w:tc>
          <w:tcPr>
            <w:tcW w:type="dxa" w:w="9412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</w:tr>
    </w:tbl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Kiracı Kira Fesih / Çıkış Bildirimi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