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Times New Roman" w:hAnsi="Times New Roman" w:eastAsia="Times New Roman"/>
          <w:b/>
          <w:sz w:val="30"/>
        </w:rPr>
        <w:t>KİRA ÖDEMEME İHTARNAMESİ (TASLAK)</w:t>
      </w:r>
    </w:p>
    <w:p>
      <w:pPr>
        <w:jc w:val="left"/>
      </w:pPr>
      <w:r>
        <w:rPr>
          <w:rFonts w:ascii="Times New Roman" w:hAnsi="Times New Roman" w:eastAsia="Times New Roman"/>
          <w:b w:val="0"/>
          <w:sz w:val="22"/>
        </w:rPr>
        <w:t>Tarih: ………………</w:t>
      </w:r>
    </w:p>
    <w:p>
      <w:pPr>
        <w:jc w:val="left"/>
      </w:pPr>
      <w:r>
        <w:rPr>
          <w:rFonts w:ascii="Times New Roman" w:hAnsi="Times New Roman" w:eastAsia="Times New Roman"/>
          <w:b w:val="0"/>
          <w:sz w:val="22"/>
        </w:rPr>
        <w:t>KİRAYA VEREN (İHTAR EDEN): ……………………………………   T.C. Kimlik No: ………………   Adres: ……………………………………</w:t>
        <w:br/>
      </w:r>
      <w:r>
        <w:rPr>
          <w:rFonts w:ascii="Times New Roman" w:hAnsi="Times New Roman" w:eastAsia="Times New Roman"/>
          <w:b w:val="0"/>
          <w:sz w:val="22"/>
        </w:rPr>
        <w:t>KİRACI (MUHATAP): ……………………………………   T.C. Kimlik No: ………………   Adres: ……………………………………</w:t>
      </w:r>
    </w:p>
    <w:p>
      <w:pPr>
        <w:jc w:val="left"/>
      </w:pPr>
      <w:r>
        <w:rPr>
          <w:rFonts w:ascii="Times New Roman" w:hAnsi="Times New Roman" w:eastAsia="Times New Roman"/>
          <w:b w:val="0"/>
          <w:sz w:val="22"/>
        </w:rPr>
        <w:t>KONU: Ödenmeyen kira bedellerinin ödenmesi ve ödenmemesi hâlinde sözleşmenin feshi ve tahliye.</w:t>
      </w:r>
    </w:p>
    <w:p>
      <w:pPr>
        <w:jc w:val="both"/>
      </w:pPr>
      <w:r>
        <w:rPr>
          <w:rFonts w:ascii="Times New Roman" w:hAnsi="Times New Roman" w:eastAsia="Times New Roman"/>
          <w:b w:val="0"/>
          <w:sz w:val="22"/>
        </w:rPr>
        <w:t>Taraflar arasındaki ……………… tarihli kira sözleşmesi gereğince kiracısı bulunduğunuz …………………………………… adresindeki taşınmazın aşağıda belirtilen dönemlere ait kira bedelleri ödenmemiştir:</w:t>
      </w:r>
    </w:p>
    <w:p>
      <w:pPr>
        <w:jc w:val="left"/>
      </w:pPr>
      <w:r>
        <w:rPr>
          <w:rFonts w:ascii="Times New Roman" w:hAnsi="Times New Roman" w:eastAsia="Times New Roman"/>
          <w:b w:val="0"/>
          <w:sz w:val="22"/>
        </w:rPr>
        <w:t>- Dönem: ………………   Tutar: ……………… TL</w:t>
        <w:br/>
      </w:r>
      <w:r>
        <w:rPr>
          <w:rFonts w:ascii="Times New Roman" w:hAnsi="Times New Roman" w:eastAsia="Times New Roman"/>
          <w:b w:val="0"/>
          <w:sz w:val="22"/>
        </w:rPr>
        <w:t>- Dönem: ………………   Tutar: ……………… TL</w:t>
        <w:br/>
      </w:r>
      <w:r>
        <w:rPr>
          <w:rFonts w:ascii="Times New Roman" w:hAnsi="Times New Roman" w:eastAsia="Times New Roman"/>
          <w:b w:val="0"/>
          <w:sz w:val="22"/>
        </w:rPr>
        <w:t>- Dönem: ………………   Tutar: ……………… TL</w:t>
        <w:br/>
      </w:r>
      <w:r>
        <w:rPr>
          <w:rFonts w:ascii="Times New Roman" w:hAnsi="Times New Roman" w:eastAsia="Times New Roman"/>
          <w:b w:val="0"/>
          <w:sz w:val="22"/>
        </w:rPr>
        <w:t>Toplam ödenmemiş tutar: ……………… TL</w:t>
      </w:r>
    </w:p>
    <w:p>
      <w:pPr>
        <w:jc w:val="both"/>
      </w:pPr>
      <w:r>
        <w:rPr>
          <w:rFonts w:ascii="Times New Roman" w:hAnsi="Times New Roman" w:eastAsia="Times New Roman"/>
          <w:b w:val="0"/>
          <w:sz w:val="22"/>
        </w:rPr>
        <w:t>Bu ihtarnamenin tarafınıza tebliğinden itibaren 30 (otuz) gün içinde yukarıdaki toplam tutarı …………………………………… IBAN numarasına ödemeniz, aksi hâlde Türk Borçlar Kanunu hükümleri uyarınca kira sözleşmesinin feshedileceği, taşınmazın tahliyesi için yasal yollara başvurulacağı ve tüm masraf ve yasal faizlerin tarafınızdan tahsil edileceği ihtar olunur.</w:t>
      </w:r>
    </w:p>
    <w:p>
      <w:pPr>
        <w:spacing w:after="200"/>
      </w:pPr>
    </w:p>
    <w:tbl>
      <w:tblPr>
        <w:tblW w:type="auto" w:w="0"/>
        <w:jc w:val="center"/>
        <w:tblLook w:firstColumn="1" w:firstRow="1" w:lastColumn="0" w:lastRow="0" w:noHBand="0" w:noVBand="1" w:val="04A0"/>
      </w:tblPr>
      <w:tblGrid>
        <w:gridCol w:w="9412"/>
      </w:tblGrid>
      <w:tr>
        <w:tc>
          <w:tcPr>
            <w:tcW w:type="dxa" w:w="9412"/>
          </w:tcPr>
          <w:p>
            <w:pPr>
              <w:jc w:val="center"/>
            </w:pPr>
            <w:r/>
            <w:r>
              <w:rPr>
                <w:rFonts w:ascii="Times New Roman" w:hAnsi="Times New Roman" w:eastAsia="Times New Roman"/>
                <w:b/>
                <w:sz w:val="22"/>
              </w:rPr>
              <w:t>İHTAR EDEN (KİRAYA VEREN)</w:t>
            </w:r>
          </w:p>
        </w:tc>
      </w:tr>
      <w:tr>
        <w:tc>
          <w:tcPr>
            <w:tcW w:type="dxa" w:w="9412"/>
          </w:tcPr>
          <w:p>
            <w:pPr>
              <w:spacing w:before="680"/>
              <w:jc w:val="center"/>
            </w:pPr>
            <w:r/>
            <w:r>
              <w:rPr>
                <w:rFonts w:ascii="Times New Roman" w:hAnsi="Times New Roman" w:eastAsia="Times New Roman"/>
                <w:b w:val="0"/>
                <w:sz w:val="22"/>
              </w:rPr>
            </w:r>
          </w:p>
        </w:tc>
      </w:tr>
      <w:tr>
        <w:tc>
          <w:tcPr>
            <w:tcW w:type="dxa" w:w="9412"/>
          </w:tcPr>
          <w:p>
            <w:pPr>
              <w:jc w:val="center"/>
            </w:pPr>
            <w:r/>
            <w:r>
              <w:rPr>
                <w:rFonts w:ascii="Times New Roman" w:hAnsi="Times New Roman" w:eastAsia="Times New Roman"/>
                <w:b w:val="0"/>
                <w:sz w:val="20"/>
              </w:rPr>
              <w:t>Ad Soyad / Tarih / İmza</w:t>
            </w:r>
          </w:p>
        </w:tc>
      </w:tr>
    </w:tbl>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Ödememe İhtarname Taslağı</dc:title>
  <dc:subject/>
  <dc:creator/>
  <cp:keywords/>
  <dc:description/>
  <cp:lastModifiedBy/>
  <cp:revision>1</cp:revision>
  <dcterms:created xsi:type="dcterms:W3CDTF">2013-12-23T23:15:00Z</dcterms:created>
  <dcterms:modified xsi:type="dcterms:W3CDTF">2013-12-23T23:15:00Z</dcterms:modified>
  <cp:category/>
</cp:coreProperties>
</file>