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Times New Roman" w:hAnsi="Times New Roman" w:eastAsia="Times New Roman"/>
          <w:b/>
          <w:sz w:val="30"/>
        </w:rPr>
        <w:t>KİRA / DEPOZİTO MAKBUZU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Tarih: ………………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Ödemeyi Alan (Kiraya Veren): ……………………………………   T.C. Kimlik No: ………………</w:t>
        <w:br/>
      </w:r>
      <w:r>
        <w:rPr>
          <w:rFonts w:ascii="Times New Roman" w:hAnsi="Times New Roman" w:eastAsia="Times New Roman"/>
          <w:b w:val="0"/>
          <w:sz w:val="22"/>
        </w:rPr>
        <w:t>Ödemeyi Yapan (Kiracı): ……………………………………   T.C. Kimlik No: ………………</w:t>
        <w:br/>
      </w:r>
      <w:r>
        <w:rPr>
          <w:rFonts w:ascii="Times New Roman" w:hAnsi="Times New Roman" w:eastAsia="Times New Roman"/>
          <w:b w:val="0"/>
          <w:sz w:val="22"/>
        </w:rPr>
        <w:t>Kiralanan adres: ……………………………………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Ödeme türü: Kira ☐   Depozito ☐   Aidat ☐   Diğer ☐ (………………)</w:t>
        <w:br/>
      </w:r>
      <w:r>
        <w:rPr>
          <w:rFonts w:ascii="Times New Roman" w:hAnsi="Times New Roman" w:eastAsia="Times New Roman"/>
          <w:b w:val="0"/>
          <w:sz w:val="22"/>
        </w:rPr>
        <w:t>Dönem / ay (kira için): ………………</w:t>
        <w:br/>
      </w:r>
      <w:r>
        <w:rPr>
          <w:rFonts w:ascii="Times New Roman" w:hAnsi="Times New Roman" w:eastAsia="Times New Roman"/>
          <w:b w:val="0"/>
          <w:sz w:val="22"/>
        </w:rPr>
        <w:t>Tutar: ……………… TL   (yazıyla: ……………………………………)</w:t>
        <w:br/>
      </w:r>
      <w:r>
        <w:rPr>
          <w:rFonts w:ascii="Times New Roman" w:hAnsi="Times New Roman" w:eastAsia="Times New Roman"/>
          <w:b w:val="0"/>
          <w:sz w:val="22"/>
        </w:rPr>
        <w:t>Ödeme şekli: Nakit ☐   Havale-EFT ☐   Çek ☐ (dekont/çek no: ………………)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Yukarıda yazılı tutarı eksiksiz teslim aldığımı beyan ederim. Depozito ise sözleşme sonunda borç ve hasar bulunmaması hâlinde kiracıya iade edilecektir.</w:t>
      </w:r>
    </w:p>
    <w:p>
      <w:pPr>
        <w:spacing w:after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ÖDEMEYİ ALAN</w:t>
            </w:r>
          </w:p>
        </w:tc>
        <w:tc>
          <w:tcPr>
            <w:tcW w:type="dxa" w:w="4706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ÖDEMEYİ YAPAN</w:t>
            </w:r>
          </w:p>
        </w:tc>
      </w:tr>
      <w:tr>
        <w:tc>
          <w:tcPr>
            <w:tcW w:type="dxa" w:w="4706"/>
          </w:tcPr>
          <w:p>
            <w:pPr>
              <w:spacing w:before="68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2"/>
              </w:rPr>
            </w:r>
          </w:p>
        </w:tc>
        <w:tc>
          <w:tcPr>
            <w:tcW w:type="dxa" w:w="4706"/>
          </w:tcPr>
          <w:p>
            <w:pPr>
              <w:spacing w:before="68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2"/>
              </w:rPr>
            </w:r>
          </w:p>
        </w:tc>
      </w:tr>
      <w:tr>
        <w:tc>
          <w:tcPr>
            <w:tcW w:type="dxa" w:w="4706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Ad Soyad / Tarih / İmza</w:t>
            </w:r>
          </w:p>
        </w:tc>
        <w:tc>
          <w:tcPr>
            <w:tcW w:type="dxa" w:w="4706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Ad Soyad / Tarih / İmza</w:t>
            </w:r>
          </w:p>
        </w:tc>
      </w:tr>
    </w:tbl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 ve Depozito Makbuzu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