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Times New Roman" w:hAnsi="Times New Roman" w:eastAsia="Times New Roman"/>
          <w:b/>
          <w:sz w:val="30"/>
        </w:rPr>
        <w:t>KİRACI BAŞVURU VE BİLGİ FORMU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Başvuru tarihi: ………………</w:t>
        <w:br/>
      </w:r>
      <w:r>
        <w:rPr>
          <w:rFonts w:ascii="Times New Roman" w:hAnsi="Times New Roman" w:eastAsia="Times New Roman"/>
          <w:b w:val="0"/>
          <w:sz w:val="22"/>
        </w:rPr>
        <w:t>Kiralanmak istenen taşınmaz: ……………………………………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1. KİŞİSEL BİLGİLER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Ad Soyad: ……………………………………   T.C. Kimlik No: ………………   Telefon: ………………   E-posta: ………………</w:t>
        <w:br/>
      </w:r>
      <w:r>
        <w:rPr>
          <w:rFonts w:ascii="Times New Roman" w:hAnsi="Times New Roman" w:eastAsia="Times New Roman"/>
          <w:b w:val="0"/>
          <w:sz w:val="22"/>
        </w:rPr>
        <w:t>Mevcut adres: ……………………………………</w:t>
        <w:br/>
      </w:r>
      <w:r>
        <w:rPr>
          <w:rFonts w:ascii="Times New Roman" w:hAnsi="Times New Roman" w:eastAsia="Times New Roman"/>
          <w:b w:val="0"/>
          <w:sz w:val="22"/>
        </w:rPr>
        <w:t>Evde birlikte yaşayacak kişi sayısı: ………………   Evcil hayvan: Var ☐ Yok ☐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2. ÇALIŞMA BİLGİLERİ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Çalıştığı kurum / meslek: ……………………………………   Görev: ………………   Çalışma süresi: ………………</w:t>
        <w:br/>
      </w:r>
      <w:r>
        <w:rPr>
          <w:rFonts w:ascii="Times New Roman" w:hAnsi="Times New Roman" w:eastAsia="Times New Roman"/>
          <w:b w:val="0"/>
          <w:sz w:val="22"/>
        </w:rPr>
        <w:t>İş yeri telefonu: ………………   Aylık net gelir: ……………… TL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3. KONUT GEÇMİŞİ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Şu anki ev sahibinin adı ve telefonu: ……………………………………   Mevcut kira bedeli: ……………… TL   Oturma süresi: ………………</w:t>
        <w:br/>
      </w:r>
      <w:r>
        <w:rPr>
          <w:rFonts w:ascii="Times New Roman" w:hAnsi="Times New Roman" w:eastAsia="Times New Roman"/>
          <w:b w:val="0"/>
          <w:sz w:val="22"/>
        </w:rPr>
        <w:t>Taşınma nedeni: ……………………………………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4. REFERANS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Ad Soyad: ………………   Yakınlık: ………………   Telefon: ………………</w:t>
      </w:r>
    </w:p>
    <w:p>
      <w:pPr>
        <w:keepNext/>
        <w:spacing w:before="160"/>
      </w:pPr>
      <w:r>
        <w:rPr>
          <w:rFonts w:ascii="Times New Roman" w:hAnsi="Times New Roman" w:eastAsia="Times New Roman"/>
          <w:b/>
          <w:sz w:val="22"/>
        </w:rPr>
        <w:t>5. EKLER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Kimlik fotokopisi ☐   Gelir belgesi / maaş bordrosu ☐   Önceki ev sahibi referansı ☐</w:t>
      </w:r>
    </w:p>
    <w:p>
      <w:pPr>
        <w:jc w:val="left"/>
      </w:pPr>
      <w:r>
        <w:rPr>
          <w:rFonts w:ascii="Times New Roman" w:hAnsi="Times New Roman" w:eastAsia="Times New Roman"/>
          <w:b w:val="0"/>
          <w:sz w:val="22"/>
        </w:rPr>
        <w:t>Yukarıdaki bilgilerin doğru olduğunu beyan ederim. Bilgilerimin yalnızca kiralama değerlendirmesi amacıyla kullanılmasına ve saklanmasına izin veriyorum.</w:t>
      </w:r>
    </w:p>
    <w:p>
      <w:pPr>
        <w:spacing w:after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BAŞVURU SAHİBİ</w:t>
            </w:r>
          </w:p>
        </w:tc>
        <w:tc>
          <w:tcPr>
            <w:tcW w:type="dxa" w:w="4706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ALAN KİŞİ</w:t>
            </w:r>
          </w:p>
        </w:tc>
      </w:tr>
      <w:tr>
        <w:tc>
          <w:tcPr>
            <w:tcW w:type="dxa" w:w="4706"/>
          </w:tcPr>
          <w:p>
            <w:pPr>
              <w:spacing w:before="68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2"/>
              </w:rPr>
            </w:r>
          </w:p>
        </w:tc>
        <w:tc>
          <w:tcPr>
            <w:tcW w:type="dxa" w:w="4706"/>
          </w:tcPr>
          <w:p>
            <w:pPr>
              <w:spacing w:before="68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2"/>
              </w:rPr>
            </w:r>
          </w:p>
        </w:tc>
      </w:tr>
      <w:tr>
        <w:tc>
          <w:tcPr>
            <w:tcW w:type="dxa" w:w="4706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Ad Soyad / Tarih / İmza</w:t>
            </w:r>
          </w:p>
        </w:tc>
        <w:tc>
          <w:tcPr>
            <w:tcW w:type="dxa" w:w="4706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sz w:val="20"/>
              </w:rPr>
              <w:t>Ad Soyad / Tarih / İmza</w:t>
            </w:r>
          </w:p>
        </w:tc>
      </w:tr>
    </w:tbl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Kiracı Başvuru ve Bilgi Formu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